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שאלות ותשובות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שאלות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שאלות שדורשות תשובה בשיטת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מסודרת לשאלת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טיפ, תשובה לדוגמה ותשובה 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למה דווקא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איך מתמודדים עם מצב קשה או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סיום ושאלות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לכל שאלה יש תשובה לדוגמה ותשובה 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תשע קטגוריות שונות, לא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STAR כולל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לקטגוריית שאלות מצב ודילמות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סינון לפי נושא ולפי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שאלה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(ניסיון ודוגמאות)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(למה דווקא כאן)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(חוזקות וחולשות)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(חלומות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(שאלות מפתיעות)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תשובה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לתאר את המצב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הייתה המשימה (Task)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בדיוק עשיתי (Action)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לסכם מה הייתה התוצאה (Result)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מצב, משימה, פעולה ותוצאה, בשפה ברורה ומסודרת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וכנה שמציינת חוזקה אחת או שתיים רלוונטיות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מצב-משימה-פעולה-תוצאה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שאלה על לקוח כועס או איחור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שהשוואה עוזרת לשפר את התשובה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תלמידים לזוגות ולבקש מהם למצוא יחד שאלה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תשובה אחת לפי STAR על הלוח לפני התרגיל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לחנ״מ ניתן להשמיט את הפריטים המסומנים כקשים ולהתמקד בזיהוי קטגוריות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שאלות ותשובות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כאן 60 שאלות שראיינים שואלים. השאלות מחולקות לקבוצות. לכל שאלה יש עצה ודוגמה לתשובה טובה ולתשובה פחות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שבודקים בה אם מתאימים למגמה, לעבודה או למלגה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שאלות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גדול של שאלות שחוזרות על עצמן בראיונות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לענות עם דוגמה: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שיש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עדיין לומד/ת ומשפר/ת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עם 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שצריך להחליט בו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 שבו שואלים את השאלה, למשל עבודה או מלגה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בכל המאגר?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כתוב ליד 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טיפ, תשובה לדוגמה ותשובה חלשה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קבוצה נמצאת השאלה על בחירת המגמה?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היכרות ועל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דווקא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רוצים לבדוק בשאלות על מצבים קשים?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מתמודדים עם מצב קשה או 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ציונים יש בתעודה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אוכלים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שייכת שאלה על שאלות בסוף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ושאלות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ודוגמאות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צוות ויחסים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חלומות ועתיד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גם דוגמה לתשובה חלשה, כדי להבין מה כדאי לשפר.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השאלות במאגר שייכות לקטגוריה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STAR עוזרת לבנות תשובה עם דוגמה מהניסיון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'מה הזמינות שלך לעבודה' שייכת לקטגוריית 'חלומות ועתיד'.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שאלות במאגר גם לפי הקשר, כמו עבודה ראשונה או מלגה.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שאלה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ספר/י על פעם שהתמודדת עם קושי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חוזקות וחולשות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למה את/ה רוצה לעבוד אצלנו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מפתיעות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את/ה מתמודד/ת עם לחץ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חלומות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איפה את/ה רואה את עצמך בעוד חמש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דווקא כאן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אם היית חיה, איזו חיה היית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ניסיון ודוגמאות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__________ עוזרת לבנות תשובה מסודרת עם מצב, משימה, פעולה ותוצאה.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שאלות על עבודה בקבוצה ופתרון מחלוקות שייכות לקטגוריית צוות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לצד כל שאלה במאגר מופיע טיפ, תשובה לדוגמה ותשובה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לסנן את השאלות במאגר לפי נושא ולפי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תשובה בשיטת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בדיוק עשיתי (Action)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את המצב (Situation)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מה הייתה התוצאה (Result)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הייתה המשימה (Task)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בחר/י שאלה אחת מקטגוריית 'ניסיון ודוגמאות' וכתוב/כתבי תשובה לפי שיטת STAR.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כתוב/כתבי תשובה קצרה לשאלה 'למה שנבחר דווקא בך?'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שיטת STAR ולמה היא עוזרת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לשאלה אחת מקטגוריית 'שאלות מצב ודילמות'.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לראות גם תשובה חלשה, ולא רק תשובה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שאלות ותשובות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